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DC80" w14:textId="77777777" w:rsidR="00DC62B9" w:rsidRDefault="00DC62B9" w:rsidP="00DC62B9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87E008" wp14:editId="398282D5">
            <wp:simplePos x="825500" y="730250"/>
            <wp:positionH relativeFrom="margin">
              <wp:align>center</wp:align>
            </wp:positionH>
            <wp:positionV relativeFrom="margin">
              <wp:align>top</wp:align>
            </wp:positionV>
            <wp:extent cx="4876800" cy="914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2EC32D" w14:textId="77777777" w:rsidR="00DC62B9" w:rsidRDefault="00DC62B9">
      <w:pPr>
        <w:jc w:val="center"/>
        <w:rPr>
          <w:b/>
          <w:sz w:val="32"/>
        </w:rPr>
      </w:pPr>
    </w:p>
    <w:p w14:paraId="1A91FB03" w14:textId="77777777" w:rsidR="00DC62B9" w:rsidRDefault="00DC62B9">
      <w:pPr>
        <w:jc w:val="center"/>
        <w:rPr>
          <w:b/>
          <w:sz w:val="32"/>
        </w:rPr>
      </w:pPr>
    </w:p>
    <w:p w14:paraId="49E21434" w14:textId="77777777" w:rsidR="00DC62B9" w:rsidRDefault="00DC62B9">
      <w:pPr>
        <w:jc w:val="center"/>
        <w:rPr>
          <w:b/>
          <w:sz w:val="32"/>
        </w:rPr>
      </w:pPr>
    </w:p>
    <w:p w14:paraId="26D110F5" w14:textId="6D575198" w:rsidR="00B773AD" w:rsidRDefault="00797712">
      <w:pPr>
        <w:jc w:val="center"/>
      </w:pPr>
      <w:r>
        <w:rPr>
          <w:b/>
          <w:sz w:val="32"/>
        </w:rPr>
        <w:t>Photography Declaration</w:t>
      </w:r>
    </w:p>
    <w:p w14:paraId="3D844FFC" w14:textId="77777777" w:rsidR="00B773AD" w:rsidRDefault="00B773AD"/>
    <w:p w14:paraId="17FD4D3E" w14:textId="77777777" w:rsidR="00B773AD" w:rsidRDefault="00797712">
      <w:r>
        <w:rPr>
          <w:b/>
        </w:rPr>
        <w:t xml:space="preserve">Club name: </w:t>
      </w:r>
      <w:r>
        <w:t>................................................................................</w:t>
      </w:r>
    </w:p>
    <w:p w14:paraId="6B88FD11" w14:textId="77777777" w:rsidR="00B773AD" w:rsidRDefault="00B773AD"/>
    <w:p w14:paraId="01616233" w14:textId="77777777" w:rsidR="00B773AD" w:rsidRDefault="00797712">
      <w:r>
        <w:t>Please confirm the following on behalf of your club:</w:t>
      </w:r>
    </w:p>
    <w:p w14:paraId="1000FD19" w14:textId="77777777" w:rsidR="00B773AD" w:rsidRDefault="00797712">
      <w:pPr>
        <w:pStyle w:val="ListBullet"/>
        <w:spacing w:after="160"/>
      </w:pPr>
      <w:r>
        <w:t>We are happy for photography to be freely available at all attending WM events, with no restrictions.</w:t>
      </w:r>
    </w:p>
    <w:p w14:paraId="10FA4EE6" w14:textId="77777777" w:rsidR="00B773AD" w:rsidRDefault="00797712">
      <w:pPr>
        <w:pStyle w:val="ListBullet"/>
        <w:spacing w:after="160"/>
      </w:pPr>
      <w:r>
        <w:t>We confirm that any images may be shared on social media.</w:t>
      </w:r>
    </w:p>
    <w:p w14:paraId="6DB18FFA" w14:textId="77777777" w:rsidR="00B773AD" w:rsidRDefault="00797712">
      <w:pPr>
        <w:pStyle w:val="ListBullet"/>
        <w:spacing w:after="160"/>
      </w:pPr>
      <w:r>
        <w:t>This includes any livestreaming, professional photography, and any athletes or spectators filming from the spectator balcony.</w:t>
      </w:r>
    </w:p>
    <w:p w14:paraId="4FED57C7" w14:textId="77777777" w:rsidR="00B773AD" w:rsidRDefault="00797712">
      <w:pPr>
        <w:pStyle w:val="ListBullet"/>
        <w:spacing w:after="160"/>
      </w:pPr>
      <w:r>
        <w:t>We confirm that we have no athlete with restrictions on photography.</w:t>
      </w:r>
    </w:p>
    <w:p w14:paraId="5F4D4961" w14:textId="77777777" w:rsidR="00B773AD" w:rsidRDefault="00797712">
      <w:pPr>
        <w:pStyle w:val="ListBullet"/>
        <w:spacing w:after="160"/>
      </w:pPr>
      <w:r>
        <w:t>Anyone wishing to film from the balcony must have signed in with their contact details and be seen to be wearing a permission badge.</w:t>
      </w:r>
    </w:p>
    <w:p w14:paraId="3304F125" w14:textId="77777777" w:rsidR="00B773AD" w:rsidRDefault="00B773AD"/>
    <w:p w14:paraId="5FA3E94A" w14:textId="77777777" w:rsidR="00B773AD" w:rsidRDefault="00797712">
      <w:r>
        <w:rPr>
          <w:b/>
        </w:rPr>
        <w:t xml:space="preserve">Signed: </w:t>
      </w:r>
      <w:r>
        <w:t>........................................................................</w:t>
      </w:r>
    </w:p>
    <w:p w14:paraId="2E399559" w14:textId="77777777" w:rsidR="00B773AD" w:rsidRDefault="00B773AD"/>
    <w:p w14:paraId="72234C86" w14:textId="77777777" w:rsidR="00B773AD" w:rsidRDefault="00797712">
      <w:r>
        <w:rPr>
          <w:b/>
        </w:rPr>
        <w:t>Club Chair or Secretary</w:t>
      </w:r>
    </w:p>
    <w:sectPr w:rsidR="00B773A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7817923">
    <w:abstractNumId w:val="8"/>
  </w:num>
  <w:num w:numId="2" w16cid:durableId="533739379">
    <w:abstractNumId w:val="6"/>
  </w:num>
  <w:num w:numId="3" w16cid:durableId="1851523827">
    <w:abstractNumId w:val="5"/>
  </w:num>
  <w:num w:numId="4" w16cid:durableId="1439135993">
    <w:abstractNumId w:val="4"/>
  </w:num>
  <w:num w:numId="5" w16cid:durableId="220752358">
    <w:abstractNumId w:val="7"/>
  </w:num>
  <w:num w:numId="6" w16cid:durableId="484201406">
    <w:abstractNumId w:val="3"/>
  </w:num>
  <w:num w:numId="7" w16cid:durableId="1159153727">
    <w:abstractNumId w:val="2"/>
  </w:num>
  <w:num w:numId="8" w16cid:durableId="175002724">
    <w:abstractNumId w:val="1"/>
  </w:num>
  <w:num w:numId="9" w16cid:durableId="70976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773AD"/>
    <w:rsid w:val="00CB0664"/>
    <w:rsid w:val="00DC62B9"/>
    <w:rsid w:val="00F656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0F2BF7"/>
  <w14:defaultImageDpi w14:val="300"/>
  <w15:docId w15:val="{1E480D34-9D0F-4638-B9E4-42C63854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C6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672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Zoe Foster</cp:lastModifiedBy>
  <cp:revision>2</cp:revision>
  <dcterms:created xsi:type="dcterms:W3CDTF">2026-10-26T15:26:00Z</dcterms:created>
  <dcterms:modified xsi:type="dcterms:W3CDTF">2026-10-26T15:26:00Z</dcterms:modified>
  <cp:category/>
</cp:coreProperties>
</file>